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בלמידה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 לוח הבחירה ואת מרכיביו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תחומי הדעת והכללים השונים בלוחות 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בלוח בחירה לפי כלל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כתיבה, ציור, תנועה, דיגיטל, שיחה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צוברים 10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בכל הלוחות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תלמיד בוחר משימות לפי הכלל, ולכן הבחירות יכולות להיות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ברשימת הלוחות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הלוח שייך לתחום הלשון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לוח לתחום הדעת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(ספרות)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(גאוגרפיה)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(חגים וימים מיוחדים)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(עברית לעולים)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שימוש בלוח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תחום דעת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לקרוא את כלל הבחירה של הלוח, למשל 3 בשורה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משימות מתאימות לפי הכלל ולפי רמת הקושי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לבצע את המשימות בדרך הנבחרת, כגון כתיבה, ציור או תנועה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להציג או להגיש את התוצר למורה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שמזכירה שלמידה דיפרנציאלית מתאימה לרמות ולסגנונות שונים, ושלוח הבחירה נותן אפשרות לבחור משימה מתאימה לכל 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תשע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בשורה בוחרים שלוש משימות ברצף, ובנקודות צוברים עד סכום של 10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תקינה מתוך רשימת הלוחות, למשל שיר - 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לפני התרגול דוגמה אחת ללוח בחירה כדי להמחיש את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להשוות בין כללי בחירה שונים ולהסביר מתי משתמשים בכל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היצירה אפשר לתת לתלמידים לבחור תחום מוכר להם מהרשימה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בלמידה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קיימים 24 לוחות בחירה מוכנים בנושאים שונים. בכל לוח יש תשע משימות בשלוש רמות קושי ובדרכי ביצוע שונות, והתלמידים בוחרים אילו משימות לבצע לפי כלל בחירה.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לוחות בחירה מוכנים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משימות יש בכל לוח 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באילו דרכים אפשר לבצע משימות בלוח 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כתיבה, ציור, תנועה, דיגיטל, שיחה ויצירה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דיגיטל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לוח "שורש ובניין" שייך לתחום הדעת: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ערכים וחוסן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כלל בחירה מופיע בלוח "חנוכה"?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בשורה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אחת מכל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צוברים 10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לוח בחירה יש תשע משימות בשלוש רמות קושי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התלמידים בכיתה חייבים לבצע בדיוק את אותן המשימות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"תקציב אישי" שייך לתחום החינוך הפיננסי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"ניבים וצירופים" עוסק בתחום הגאוגרפיה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לוח בחירה יש __________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לוח "שיר" שייך לתחום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התלמידים בוחרים את המשימות שלהם לפי ה__________ של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לוח "חברות" שייך לתחום הערכים וה__________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לוח לתחום הדעת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 ובניין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חגים וימים מיוחדים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סיפור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עברית לעולים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גאוגרפיה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מילים ראשונות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שימוש בלוח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כלל הבחירה של הלוח, למשל 3 בשורה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משימות מתאימות לפי הכלל ולפי רמת הקושי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תחום דעת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להציג או להגיש את התוצר למורה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לבצע את המשימות בדרך הנבחרת, כגון כתיבה, ציור או תנועה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למידה דיפרנציאלית, ולמה לוח בחירה יכול לעזור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משימות יש בכל לוח 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הכלל "3 בשורה" לכלל "צוברים 10 נקודות"?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ללוח בחירה אחד ולתחום הדעת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לוחות בחירה בלמידה דיפרנציאלית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