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לוח הבחירה ואת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תחומי הדעת והכללים השונים בלוחות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בלוח בחירה לפי כלל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בכל הלוחות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בוחר משימות לפי הכלל, ולכן הבחירות יכולות להיות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לוח לתחום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(חגים וימים מיוחדים)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שימוש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תחום דעת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כלל הבחירה של הלוח,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מתאימות לפי הכלל ולפי רמת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לבצע את המשימות בדרך הנבחרת, כגון כתיבה, ציור או 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תשע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בשורה בוחרים שלוש משימות ברצף, ובנקודות צוברים עד סכום של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מתוך רשימת הלוחות, למשל שיר -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התרגול דוגמה אחת ללוח בחירה כדי להמחיש את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כללי בחירה שונים ולהסביר מתי משתמשים בכל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לתת לתלמידים לבחור תחום מוכר להם מהרשימה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קיימים 24 לוחות בחירה מוכנים בנושאים שונים. בכל לוח יש תשע משימות בשלוש רמות קושי ובדרכי ביצוע שונות, והתלמידים בוחרים אילו משימות לבצע לפי כלל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ספרות  ·  תשע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לוחות בחירה מוכנים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יש בכל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לוח בחירה יש תשע משימות בשלוש רמות קושי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התלמידים בכיתה חייבים לבצע בדיוק את אותן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לוח בחירה יש 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 "שיר" שייך לתחום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לוח לתחום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 ובניין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חגים וימים מיוחדים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שימוש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לבצע את המשימות בדרך הנבחרת, כגון כתיבה, ציור או תנועה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משימות מתאימות לפי הכלל ולפי רמת הקושי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תחום דעת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כלל הבחירה של הלוח, למשל 3 בשורה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משימות יש בכל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הכלל "3 בשורה" לכלל "צוברים 10 נקודות"?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